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Songti SC" w:hAnsi="Songti SC" w:eastAsia="Songti SC"/>
          <w:b/>
          <w:sz w:val="40"/>
        </w:rPr>
        <w:t>GENESIS 全球发明大会（中国）· 参赛表</w:t>
      </w:r>
    </w:p>
    <w:p>
      <w:pPr>
        <w:jc w:val="center"/>
      </w:pPr>
      <w:r>
        <w:rPr>
          <w:color w:val="8A7A62"/>
          <w:sz w:val="18"/>
        </w:rPr>
        <w:t>Fxm 模拟评审用 · 标准模板 v1 · 非官方文件</w:t>
      </w:r>
    </w:p>
    <w:p/>
    <w:p>
      <w:pPr>
        <w:spacing w:before="240"/>
      </w:pPr>
      <w:r>
        <w:rPr>
          <w:b/>
          <w:color w:val="8A5A12"/>
          <w:sz w:val="24"/>
        </w:rPr>
        <w:t>一、项目信息</w:t>
      </w:r>
    </w:p>
    <w:p>
      <w:pPr>
        <w:spacing w:after="40"/>
      </w:pPr>
      <w:r>
        <w:rPr>
          <w:b/>
          <w:sz w:val="20"/>
        </w:rPr>
        <w:t>项目名称：</w:t>
      </w:r>
      <w:r>
        <w:rPr>
          <w:color w:val="998C76"/>
          <w:sz w:val="17"/>
        </w:rPr>
        <w:t>（与展板、日志一致）</w:t>
      </w:r>
    </w:p>
    <w:p>
      <w:pPr>
        <w:spacing w:after="120"/>
      </w:pPr>
      <w:r>
        <w:rPr>
          <w:color w:val="BBB09B"/>
        </w:rPr>
        <w:t>＿＿＿＿＿＿＿＿＿＿＿＿＿＿＿＿＿＿＿＿＿＿＿＿＿＿＿＿＿＿＿＿＿＿</w:t>
      </w:r>
    </w:p>
    <w:p>
      <w:pPr>
        <w:spacing w:after="40"/>
      </w:pPr>
      <w:r>
        <w:rPr>
          <w:b/>
          <w:sz w:val="20"/>
        </w:rPr>
        <w:t>参赛组别：</w:t>
      </w:r>
      <w:r>
        <w:rPr>
          <w:color w:val="998C76"/>
          <w:sz w:val="17"/>
        </w:rPr>
        <w:t>G 组 1–2 年级 / P 组 3–6 年级 / J 组 7–9 年级 / S 组 10–12 年级</w:t>
      </w:r>
    </w:p>
    <w:p>
      <w:pPr>
        <w:spacing w:after="120"/>
      </w:pPr>
      <w:r>
        <w:rPr>
          <w:color w:val="BBB09B"/>
        </w:rPr>
        <w:t>＿＿＿＿＿＿＿＿＿＿＿＿＿＿＿＿＿＿＿＿＿＿＿＿＿＿＿＿＿＿＿＿＿＿</w:t>
      </w:r>
    </w:p>
    <w:p>
      <w:pPr>
        <w:spacing w:after="40"/>
      </w:pPr>
      <w:r>
        <w:rPr>
          <w:b/>
          <w:sz w:val="20"/>
        </w:rPr>
        <w:t>队员与昵称：</w:t>
      </w:r>
      <w:r>
        <w:rPr>
          <w:color w:val="998C76"/>
          <w:sz w:val="17"/>
        </w:rPr>
        <w:t>（例：小雨、阿哲）</w:t>
      </w:r>
    </w:p>
    <w:p>
      <w:pPr>
        <w:spacing w:after="120"/>
      </w:pPr>
      <w:r>
        <w:rPr>
          <w:color w:val="BBB09B"/>
        </w:rPr>
        <w:t>＿＿＿＿＿＿＿＿＿＿＿＿＿＿＿＿＿＿＿＿＿＿＿＿＿＿＿＿＿＿＿＿＿＿</w:t>
      </w:r>
    </w:p>
    <w:p>
      <w:pPr>
        <w:spacing w:after="40"/>
      </w:pPr>
      <w:r>
        <w:rPr>
          <w:b/>
          <w:sz w:val="20"/>
        </w:rPr>
        <w:t>指导教师 / 家长：</w:t>
      </w:r>
      <w:r>
        <w:rPr>
          <w:color w:val="998C76"/>
          <w:sz w:val="17"/>
        </w:rPr>
        <w:t>（如无，填“无”）</w:t>
      </w:r>
    </w:p>
    <w:p>
      <w:pPr>
        <w:spacing w:after="120"/>
      </w:pPr>
      <w:r>
        <w:rPr>
          <w:color w:val="BBB09B"/>
        </w:rPr>
        <w:t>＿＿＿＿＿＿＿＿＿＿＿＿＿＿＿＿＿＿＿＿＿＿＿＿＿＿＿＿＿＿＿＿＿＿</w:t>
      </w:r>
    </w:p>
    <w:p>
      <w:pPr>
        <w:spacing w:after="40"/>
      </w:pPr>
      <w:r>
        <w:rPr>
          <w:b/>
          <w:sz w:val="20"/>
        </w:rPr>
        <w:t>评审语言：</w:t>
      </w:r>
      <w:r>
        <w:rPr>
          <w:color w:val="998C76"/>
          <w:sz w:val="17"/>
        </w:rPr>
        <w:t>中文 / English</w:t>
      </w:r>
    </w:p>
    <w:p>
      <w:pPr>
        <w:spacing w:after="120"/>
      </w:pPr>
      <w:r>
        <w:rPr>
          <w:color w:val="BBB09B"/>
        </w:rPr>
        <w:t>＿＿＿＿＿＿＿＿＿＿＿＿＿＿＿＿＿＿＿＿＿＿＿＿＿＿＿＿＿＿＿＿＿＿</w:t>
      </w:r>
    </w:p>
    <w:p>
      <w:pPr>
        <w:spacing w:before="240"/>
      </w:pPr>
      <w:r>
        <w:rPr>
          <w:b/>
          <w:color w:val="8A5A12"/>
          <w:sz w:val="24"/>
        </w:rPr>
        <w:t>二、问题从哪来</w:t>
      </w:r>
    </w:p>
    <w:p>
      <w:pPr>
        <w:spacing w:after="40"/>
      </w:pPr>
      <w:r>
        <w:rPr>
          <w:b/>
          <w:sz w:val="20"/>
        </w:rPr>
        <w:t>发现过程：</w:t>
      </w:r>
      <w:r>
        <w:rPr>
          <w:color w:val="998C76"/>
          <w:sz w:val="17"/>
        </w:rPr>
        <w:t>哪一天、谁、发生了什么；不要写“很多人”</w:t>
      </w:r>
    </w:p>
    <w:p>
      <w:pPr>
        <w:spacing w:after="80"/>
      </w:pPr>
      <w:r>
        <w:rPr>
          <w:color w:val="BBB09B"/>
        </w:rPr>
        <w:t>＿＿＿＿＿＿＿＿＿＿＿＿＿＿＿＿＿＿＿＿＿＿＿＿＿＿＿＿＿＿＿＿＿＿</w:t>
      </w:r>
    </w:p>
    <w:p>
      <w:pPr>
        <w:spacing w:after="80"/>
      </w:pPr>
      <w:r>
        <w:rPr>
          <w:color w:val="BBB09B"/>
        </w:rPr>
        <w:t>＿＿＿＿＿＿＿＿＿＿＿＿＿＿＿＿＿＿＿＿＿＿＿＿＿＿＿＿＿＿＿＿＿＿</w:t>
      </w:r>
    </w:p>
    <w:p>
      <w:pPr>
        <w:spacing w:after="80"/>
      </w:pPr>
      <w:r>
        <w:rPr>
          <w:color w:val="BBB09B"/>
        </w:rPr>
        <w:t>＿＿＿＿＿＿＿＿＿＿＿＿＿＿＿＿＿＿＿＿＿＿＿＿＿＿＿＿＿＿＿＿＿＿</w:t>
      </w:r>
    </w:p>
    <w:p>
      <w:pPr>
        <w:spacing w:after="40"/>
      </w:pPr>
      <w:r>
        <w:rPr>
          <w:b/>
          <w:sz w:val="20"/>
        </w:rPr>
        <w:t>你观察/记录了多少次：</w:t>
      </w:r>
      <w:r>
        <w:rPr>
          <w:color w:val="998C76"/>
          <w:sz w:val="17"/>
        </w:rPr>
        <w:t>次数、对象、时间跨度</w:t>
      </w:r>
    </w:p>
    <w:p>
      <w:pPr>
        <w:spacing w:after="80"/>
      </w:pPr>
      <w:r>
        <w:rPr>
          <w:color w:val="BBB09B"/>
        </w:rPr>
        <w:t>＿＿＿＿＿＿＿＿＿＿＿＿＿＿＿＿＿＿＿＿＿＿＿＿＿＿＿＿＿＿＿＿＿＿</w:t>
      </w:r>
    </w:p>
    <w:p>
      <w:pPr>
        <w:spacing w:after="80"/>
      </w:pPr>
      <w:r>
        <w:rPr>
          <w:color w:val="BBB09B"/>
        </w:rPr>
        <w:t>＿＿＿＿＿＿＿＿＿＿＿＿＿＿＿＿＿＿＿＿＿＿＿＿＿＿＿＿＿＿＿＿＿＿</w:t>
      </w:r>
    </w:p>
    <w:p>
      <w:pPr>
        <w:spacing w:before="240"/>
      </w:pPr>
      <w:r>
        <w:rPr>
          <w:b/>
          <w:color w:val="8A5A12"/>
          <w:sz w:val="24"/>
        </w:rPr>
        <w:t>三、方案与原型</w:t>
      </w:r>
    </w:p>
    <w:p>
      <w:pPr>
        <w:spacing w:after="40"/>
      </w:pPr>
      <w:r>
        <w:rPr>
          <w:b/>
          <w:sz w:val="20"/>
        </w:rPr>
        <w:t>一句话说清它是做什么的：</w:t>
      </w:r>
      <w:r>
        <w:rPr>
          <w:color w:val="998C76"/>
          <w:sz w:val="17"/>
        </w:rPr>
        <w:t>谁 + 遇到什么 + 它怎么帮上忙</w:t>
      </w:r>
    </w:p>
    <w:p>
      <w:pPr>
        <w:spacing w:after="80"/>
      </w:pPr>
      <w:r>
        <w:rPr>
          <w:color w:val="BBB09B"/>
        </w:rPr>
        <w:t>＿＿＿＿＿＿＿＿＿＿＿＿＿＿＿＿＿＿＿＿＿＿＿＿＿＿＿＿＿＿＿＿＿＿</w:t>
      </w:r>
    </w:p>
    <w:p>
      <w:pPr>
        <w:spacing w:after="80"/>
      </w:pPr>
      <w:r>
        <w:rPr>
          <w:color w:val="BBB09B"/>
        </w:rPr>
        <w:t>＿＿＿＿＿＿＿＿＿＿＿＿＿＿＿＿＿＿＿＿＿＿＿＿＿＿＿＿＿＿＿＿＿＿</w:t>
      </w:r>
    </w:p>
    <w:p>
      <w:pPr>
        <w:spacing w:after="40"/>
      </w:pPr>
      <w:r>
        <w:rPr>
          <w:b/>
          <w:sz w:val="20"/>
        </w:rPr>
        <w:t>你想过但放弃的方案：</w:t>
      </w:r>
      <w:r>
        <w:rPr>
          <w:color w:val="998C76"/>
          <w:sz w:val="17"/>
        </w:rPr>
        <w:t>至少两个，写清为什么放弃</w:t>
      </w:r>
    </w:p>
    <w:p>
      <w:pPr>
        <w:spacing w:after="80"/>
      </w:pPr>
      <w:r>
        <w:rPr>
          <w:color w:val="BBB09B"/>
        </w:rPr>
        <w:t>＿＿＿＿＿＿＿＿＿＿＿＿＿＿＿＿＿＿＿＿＿＿＿＿＿＿＿＿＿＿＿＿＿＿</w:t>
      </w:r>
    </w:p>
    <w:p>
      <w:pPr>
        <w:spacing w:after="80"/>
      </w:pPr>
      <w:r>
        <w:rPr>
          <w:color w:val="BBB09B"/>
        </w:rPr>
        <w:t>＿＿＿＿＿＿＿＿＿＿＿＿＿＿＿＿＿＿＿＿＿＿＿＿＿＿＿＿＿＿＿＿＿＿</w:t>
      </w:r>
    </w:p>
    <w:p>
      <w:pPr>
        <w:spacing w:after="80"/>
      </w:pPr>
      <w:r>
        <w:rPr>
          <w:color w:val="BBB09B"/>
        </w:rPr>
        <w:t>＿＿＿＿＿＿＿＿＿＿＿＿＿＿＿＿＿＿＿＿＿＿＿＿＿＿＿＿＿＿＿＿＿＿</w:t>
      </w:r>
    </w:p>
    <w:p>
      <w:pPr>
        <w:spacing w:after="40"/>
      </w:pPr>
      <w:r>
        <w:rPr>
          <w:b/>
          <w:sz w:val="20"/>
        </w:rPr>
        <w:t>原型是怎么做出来的：</w:t>
      </w:r>
      <w:r>
        <w:rPr>
          <w:color w:val="998C76"/>
          <w:sz w:val="17"/>
        </w:rPr>
        <w:t>材料、步骤、失败了几次、改了什么</w:t>
      </w:r>
    </w:p>
    <w:p>
      <w:pPr>
        <w:spacing w:after="80"/>
      </w:pPr>
      <w:r>
        <w:rPr>
          <w:color w:val="BBB09B"/>
        </w:rPr>
        <w:t>＿＿＿＿＿＿＿＿＿＿＿＿＿＿＿＿＿＿＿＿＿＿＿＿＿＿＿＿＿＿＿＿＿＿</w:t>
      </w:r>
    </w:p>
    <w:p>
      <w:pPr>
        <w:spacing w:after="80"/>
      </w:pPr>
      <w:r>
        <w:rPr>
          <w:color w:val="BBB09B"/>
        </w:rPr>
        <w:t>＿＿＿＿＿＿＿＿＿＿＿＿＿＿＿＿＿＿＿＿＿＿＿＿＿＿＿＿＿＿＿＿＿＿</w:t>
      </w:r>
    </w:p>
    <w:p>
      <w:pPr>
        <w:spacing w:after="80"/>
      </w:pPr>
      <w:r>
        <w:rPr>
          <w:color w:val="BBB09B"/>
        </w:rPr>
        <w:t>＿＿＿＿＿＿＿＿＿＿＿＿＿＿＿＿＿＿＿＿＿＿＿＿＿＿＿＿＿＿＿＿＿＿</w:t>
      </w:r>
    </w:p>
    <w:p>
      <w:pPr>
        <w:spacing w:before="240"/>
      </w:pPr>
      <w:r>
        <w:rPr>
          <w:b/>
          <w:color w:val="8A5A12"/>
          <w:sz w:val="24"/>
        </w:rPr>
        <w:t>四、测试与证据</w:t>
      </w:r>
    </w:p>
    <w:p>
      <w:pPr>
        <w:spacing w:after="40"/>
      </w:pPr>
      <w:r>
        <w:rPr>
          <w:b/>
          <w:sz w:val="20"/>
        </w:rPr>
        <w:t>怎么测的：</w:t>
      </w:r>
      <w:r>
        <w:rPr>
          <w:color w:val="998C76"/>
          <w:sz w:val="17"/>
        </w:rPr>
        <w:t>几次、和什么比、样本是谁</w:t>
      </w:r>
    </w:p>
    <w:p>
      <w:pPr>
        <w:spacing w:after="80"/>
      </w:pPr>
      <w:r>
        <w:rPr>
          <w:color w:val="BBB09B"/>
        </w:rPr>
        <w:t>＿＿＿＿＿＿＿＿＿＿＿＿＿＿＿＿＿＿＿＿＿＿＿＿＿＿＿＿＿＿＿＿＿＿</w:t>
      </w:r>
    </w:p>
    <w:p>
      <w:pPr>
        <w:spacing w:after="80"/>
      </w:pPr>
      <w:r>
        <w:rPr>
          <w:color w:val="BBB09B"/>
        </w:rPr>
        <w:t>＿＿＿＿＿＿＿＿＿＿＿＿＿＿＿＿＿＿＿＿＿＿＿＿＿＿＿＿＿＿＿＿＿＿</w:t>
      </w:r>
    </w:p>
    <w:p>
      <w:pPr>
        <w:spacing w:after="80"/>
      </w:pPr>
      <w:r>
        <w:rPr>
          <w:color w:val="BBB09B"/>
        </w:rPr>
        <w:t>＿＿＿＿＿＿＿＿＿＿＿＿＿＿＿＿＿＿＿＿＿＿＿＿＿＿＿＿＿＿＿＿＿＿</w:t>
      </w:r>
    </w:p>
    <w:p>
      <w:pPr>
        <w:spacing w:after="40"/>
      </w:pPr>
      <w:r>
        <w:rPr>
          <w:b/>
          <w:sz w:val="20"/>
        </w:rPr>
        <w:t>改进前后差多少：</w:t>
      </w:r>
      <w:r>
        <w:rPr>
          <w:color w:val="998C76"/>
          <w:sz w:val="17"/>
        </w:rPr>
        <w:t>数字说话：找回率、时间、成本</w:t>
      </w:r>
    </w:p>
    <w:p>
      <w:pPr>
        <w:spacing w:after="80"/>
      </w:pPr>
      <w:r>
        <w:rPr>
          <w:color w:val="BBB09B"/>
        </w:rPr>
        <w:t>＿＿＿＿＿＿＿＿＿＿＿＿＿＿＿＿＿＿＿＿＿＿＿＿＿＿＿＿＿＿＿＿＿＿</w:t>
      </w:r>
    </w:p>
    <w:p>
      <w:pPr>
        <w:spacing w:after="80"/>
      </w:pPr>
      <w:r>
        <w:rPr>
          <w:color w:val="BBB09B"/>
        </w:rPr>
        <w:t>＿＿＿＿＿＿＿＿＿＿＿＿＿＿＿＿＿＿＿＿＿＿＿＿＿＿＿＿＿＿＿＿＿＿</w:t>
      </w:r>
    </w:p>
    <w:p>
      <w:pPr>
        <w:spacing w:before="240"/>
      </w:pPr>
      <w:r>
        <w:rPr>
          <w:b/>
          <w:color w:val="8A5A12"/>
          <w:sz w:val="24"/>
        </w:rPr>
        <w:t>五、影响与原创性</w:t>
      </w:r>
    </w:p>
    <w:p>
      <w:pPr>
        <w:spacing w:after="40"/>
      </w:pPr>
      <w:r>
        <w:rPr>
          <w:b/>
          <w:sz w:val="20"/>
        </w:rPr>
        <w:t>谁会买 / 谁会受益：</w:t>
      </w:r>
      <w:r>
        <w:rPr>
          <w:color w:val="998C76"/>
          <w:sz w:val="17"/>
        </w:rPr>
        <w:t>一个具体的人，一个具体的场景</w:t>
      </w:r>
    </w:p>
    <w:p>
      <w:pPr>
        <w:spacing w:after="80"/>
      </w:pPr>
      <w:r>
        <w:rPr>
          <w:color w:val="BBB09B"/>
        </w:rPr>
        <w:t>＿＿＿＿＿＿＿＿＿＿＿＿＿＿＿＿＿＿＿＿＿＿＿＿＿＿＿＿＿＿＿＿＿＿</w:t>
      </w:r>
    </w:p>
    <w:p>
      <w:pPr>
        <w:spacing w:after="80"/>
      </w:pPr>
      <w:r>
        <w:rPr>
          <w:color w:val="BBB09B"/>
        </w:rPr>
        <w:t>＿＿＿＿＿＿＿＿＿＿＿＿＿＿＿＿＿＿＿＿＿＿＿＿＿＿＿＿＿＿＿＿＿＿</w:t>
      </w:r>
    </w:p>
    <w:p>
      <w:pPr>
        <w:spacing w:after="40"/>
      </w:pPr>
      <w:r>
        <w:rPr>
          <w:b/>
          <w:sz w:val="20"/>
        </w:rPr>
        <w:t>市面上最接近的是什么：</w:t>
      </w:r>
      <w:r>
        <w:rPr>
          <w:color w:val="998C76"/>
          <w:sz w:val="17"/>
        </w:rPr>
        <w:t>名字、价格、它的缺点</w:t>
      </w:r>
    </w:p>
    <w:p>
      <w:pPr>
        <w:spacing w:after="80"/>
      </w:pPr>
      <w:r>
        <w:rPr>
          <w:color w:val="BBB09B"/>
        </w:rPr>
        <w:t>＿＿＿＿＿＿＿＿＿＿＿＿＿＿＿＿＿＿＿＿＿＿＿＿＿＿＿＿＿＿＿＿＿＿</w:t>
      </w:r>
    </w:p>
    <w:p>
      <w:pPr>
        <w:spacing w:after="80"/>
      </w:pPr>
      <w:r>
        <w:rPr>
          <w:color w:val="BBB09B"/>
        </w:rPr>
        <w:t>＿＿＿＿＿＿＿＿＿＿＿＿＿＿＿＿＿＿＿＿＿＿＿＿＿＿＿＿＿＿＿＿＿＿</w:t>
      </w:r>
    </w:p>
    <w:p>
      <w:pPr>
        <w:spacing w:after="80"/>
      </w:pPr>
      <w:r>
        <w:rPr>
          <w:color w:val="BBB09B"/>
        </w:rPr>
        <w:t>＿＿＿＿＿＿＿＿＿＿＿＿＿＿＿＿＿＿＿＿＿＿＿＿＿＿＿＿＿＿＿＿＿＿</w:t>
      </w:r>
    </w:p>
    <w:p>
      <w:pPr>
        <w:spacing w:after="40"/>
      </w:pPr>
      <w:r>
        <w:rPr>
          <w:b/>
          <w:sz w:val="20"/>
        </w:rPr>
        <w:t>你的差别在哪：</w:t>
      </w:r>
      <w:r>
        <w:rPr>
          <w:color w:val="998C76"/>
          <w:sz w:val="17"/>
        </w:rPr>
        <w:t>功能 / 成本 / 场景，选一个说透</w:t>
      </w:r>
    </w:p>
    <w:p>
      <w:pPr>
        <w:spacing w:after="80"/>
      </w:pPr>
      <w:r>
        <w:rPr>
          <w:color w:val="BBB09B"/>
        </w:rPr>
        <w:t>＿＿＿＿＿＿＿＿＿＿＿＿＿＿＿＿＿＿＿＿＿＿＿＿＿＿＿＿＿＿＿＿＿＿</w:t>
      </w:r>
    </w:p>
    <w:p>
      <w:pPr>
        <w:spacing w:after="80"/>
      </w:pPr>
      <w:r>
        <w:rPr>
          <w:color w:val="BBB09B"/>
        </w:rPr>
        <w:t>＿＿＿＿＿＿＿＿＿＿＿＿＿＿＿＿＿＿＿＿＿＿＿＿＿＿＿＿＿＿＿＿＿＿</w:t>
      </w:r>
    </w:p>
    <w:p>
      <w:pPr>
        <w:spacing w:after="40"/>
      </w:pPr>
      <w:r>
        <w:rPr>
          <w:b/>
          <w:sz w:val="20"/>
        </w:rPr>
        <w:t>可能的社会或环境副作用：</w:t>
      </w:r>
      <w:r>
        <w:rPr>
          <w:color w:val="998C76"/>
          <w:sz w:val="17"/>
        </w:rPr>
        <w:t>电池、胶、材料、隐私</w:t>
      </w:r>
    </w:p>
    <w:p>
      <w:pPr>
        <w:spacing w:after="80"/>
      </w:pPr>
      <w:r>
        <w:rPr>
          <w:color w:val="BBB09B"/>
        </w:rPr>
        <w:t>＿＿＿＿＿＿＿＿＿＿＿＿＿＿＿＿＿＿＿＿＿＿＿＿＿＿＿＿＿＿＿＿＿＿</w:t>
      </w:r>
    </w:p>
    <w:p>
      <w:pPr>
        <w:spacing w:after="80"/>
      </w:pPr>
      <w:r>
        <w:rPr>
          <w:color w:val="BBB09B"/>
        </w:rPr>
        <w:t>＿＿＿＿＿＿＿＿＿＿＿＿＿＿＿＿＿＿＿＿＿＿＿＿＿＿＿＿＿＿＿＿＿＿</w:t>
      </w:r>
    </w:p>
    <w:p>
      <w:pPr>
        <w:spacing w:before="240"/>
      </w:pPr>
      <w:r>
        <w:rPr>
          <w:b/>
          <w:color w:val="8A5A12"/>
          <w:sz w:val="24"/>
        </w:rPr>
        <w:t>六、附件清单</w:t>
      </w:r>
    </w:p>
    <w:p>
      <w:pPr>
        <w:spacing w:after="60"/>
      </w:pPr>
      <w:r>
        <w:rPr>
          <w:sz w:val="20"/>
        </w:rPr>
        <w:t>□  发明日志（PDF + 图片/视频）</w:t>
      </w:r>
    </w:p>
    <w:p>
      <w:pPr>
        <w:spacing w:after="60"/>
      </w:pPr>
      <w:r>
        <w:rPr>
          <w:sz w:val="20"/>
        </w:rPr>
        <w:t>□  查新报告（PDF）</w:t>
      </w:r>
    </w:p>
    <w:p>
      <w:pPr>
        <w:spacing w:after="60"/>
      </w:pPr>
      <w:r>
        <w:rPr>
          <w:sz w:val="20"/>
        </w:rPr>
        <w:t>□  发明展板照片（JPG）</w:t>
      </w:r>
    </w:p>
    <w:p>
      <w:pPr>
        <w:spacing w:after="60"/>
      </w:pPr>
      <w:r>
        <w:rPr>
          <w:sz w:val="20"/>
        </w:rPr>
        <w:t>□  发明原型照片（JPG）</w:t>
      </w:r>
    </w:p>
    <w:p>
      <w:pPr>
        <w:spacing w:after="60"/>
      </w:pPr>
      <w:r>
        <w:rPr>
          <w:sz w:val="20"/>
        </w:rPr>
        <w:t>□  路演视频（MP4，≤5 分钟）</w:t>
      </w:r>
    </w:p>
    <w:p/>
    <w:p>
      <w:r>
        <w:rPr>
          <w:color w:val="8A7A62"/>
          <w:sz w:val="17"/>
        </w:rPr>
        <w:t>说明：本表用于 Fxm 模拟评审与材料自检，不替代官方报名表。正式参赛请以 GENESIS 全球发明大会（中国）当期规则为准。</w:t>
      </w:r>
    </w:p>
    <w:sectPr w:rsidR="00FC693F" w:rsidRPr="0006063C" w:rsidSect="00034616">
      <w:pgSz w:w="12240" w:h="15840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PingFang SC" w:hAnsi="PingFang SC" w:eastAsia="PingFang SC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